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82F" w:rsidRPr="001104A3" w:rsidRDefault="001104A3">
      <w:pPr>
        <w:keepNext/>
        <w:spacing w:before="80"/>
        <w:jc w:val="center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b/>
          <w:color w:val="17365D"/>
          <w:sz w:val="18"/>
          <w:szCs w:val="18"/>
        </w:rPr>
        <w:t>MODULO 3</w:t>
      </w:r>
    </w:p>
    <w:p w:rsidR="00B9482F" w:rsidRPr="001104A3" w:rsidRDefault="001104A3">
      <w:pPr>
        <w:spacing w:after="160"/>
        <w:jc w:val="center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i/>
          <w:sz w:val="18"/>
          <w:szCs w:val="18"/>
        </w:rPr>
        <w:t xml:space="preserve">Comunicazione preventiva delle attività escluse dall’obbligo di autorizzazione – art. 53, comma 6, </w:t>
      </w:r>
      <w:proofErr w:type="gramStart"/>
      <w:r w:rsidRPr="001104A3">
        <w:rPr>
          <w:rFonts w:ascii="Verdana" w:hAnsi="Verdana"/>
          <w:i/>
          <w:sz w:val="18"/>
          <w:szCs w:val="18"/>
        </w:rPr>
        <w:t>D.Lgs</w:t>
      </w:r>
      <w:proofErr w:type="gramEnd"/>
      <w:r w:rsidRPr="001104A3">
        <w:rPr>
          <w:rFonts w:ascii="Verdana" w:hAnsi="Verdana"/>
          <w:i/>
          <w:sz w:val="18"/>
          <w:szCs w:val="18"/>
        </w:rPr>
        <w:t>. 165/2001</w:t>
      </w:r>
    </w:p>
    <w:p w:rsidR="00B9482F" w:rsidRPr="001104A3" w:rsidRDefault="001104A3">
      <w:pPr>
        <w:spacing w:after="160"/>
        <w:jc w:val="right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Al Dirigente Scolastico</w:t>
      </w:r>
      <w:r w:rsidRPr="001104A3">
        <w:rPr>
          <w:rFonts w:ascii="Verdana" w:hAnsi="Verdana"/>
          <w:sz w:val="18"/>
          <w:szCs w:val="18"/>
        </w:rPr>
        <w:br/>
        <w:t>Liceo Scientifico Statale “C. Cavour”</w:t>
      </w:r>
    </w:p>
    <w:p w:rsidR="00B9482F" w:rsidRPr="001104A3" w:rsidRDefault="001104A3">
      <w:pPr>
        <w:spacing w:after="40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 xml:space="preserve">Il/La sottoscritto/a </w:t>
      </w:r>
      <w:r w:rsidRPr="001104A3">
        <w:rPr>
          <w:rFonts w:ascii="Verdana" w:hAnsi="Verdana"/>
          <w:sz w:val="18"/>
          <w:szCs w:val="18"/>
        </w:rPr>
        <w:t>________________________________________________________________,</w:t>
      </w:r>
    </w:p>
    <w:p w:rsidR="00B9482F" w:rsidRPr="001104A3" w:rsidRDefault="001104A3">
      <w:pPr>
        <w:spacing w:after="120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in servizio presso questo Istituto in qualità di _____________________________________________,</w:t>
      </w:r>
    </w:p>
    <w:p w:rsidR="00B9482F" w:rsidRPr="001104A3" w:rsidRDefault="001104A3">
      <w:pPr>
        <w:keepNext/>
        <w:spacing w:before="140"/>
        <w:jc w:val="center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b/>
          <w:color w:val="17365D"/>
          <w:sz w:val="18"/>
          <w:szCs w:val="18"/>
        </w:rPr>
        <w:t>COMUNICA</w:t>
      </w:r>
    </w:p>
    <w:p w:rsidR="00B9482F" w:rsidRPr="001104A3" w:rsidRDefault="001104A3">
      <w:pPr>
        <w:spacing w:after="100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che intende svolgere la seguente attività, ricompresa tra le fattispecie escluse dall</w:t>
      </w:r>
      <w:r w:rsidRPr="001104A3">
        <w:rPr>
          <w:rFonts w:ascii="Verdana" w:hAnsi="Verdana"/>
          <w:sz w:val="18"/>
          <w:szCs w:val="18"/>
        </w:rPr>
        <w:t xml:space="preserve">’obbligo di preventiva autorizzazione ai sensi dell’art. 53, comma 6, del </w:t>
      </w:r>
      <w:proofErr w:type="gramStart"/>
      <w:r w:rsidRPr="001104A3">
        <w:rPr>
          <w:rFonts w:ascii="Verdana" w:hAnsi="Verdana"/>
          <w:sz w:val="18"/>
          <w:szCs w:val="18"/>
        </w:rPr>
        <w:t>D.Lgs</w:t>
      </w:r>
      <w:proofErr w:type="gramEnd"/>
      <w:r w:rsidRPr="001104A3">
        <w:rPr>
          <w:rFonts w:ascii="Verdana" w:hAnsi="Verdana"/>
          <w:sz w:val="18"/>
          <w:szCs w:val="18"/>
        </w:rPr>
        <w:t>. 165/2001:</w:t>
      </w:r>
    </w:p>
    <w:p w:rsidR="00B9482F" w:rsidRPr="001104A3" w:rsidRDefault="001104A3">
      <w:pPr>
        <w:spacing w:after="40"/>
        <w:ind w:left="312" w:hanging="142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□ a) collaborazione a giornali, riviste, enciclopedie e simili;</w:t>
      </w:r>
    </w:p>
    <w:p w:rsidR="00B9482F" w:rsidRPr="001104A3" w:rsidRDefault="001104A3">
      <w:pPr>
        <w:spacing w:after="40"/>
        <w:ind w:left="312" w:hanging="142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□ b) utilizzazione economica da parte dell’autore o inventore di opere dell’ingegno e di invenzioni i</w:t>
      </w:r>
      <w:r w:rsidRPr="001104A3">
        <w:rPr>
          <w:rFonts w:ascii="Verdana" w:hAnsi="Verdana"/>
          <w:sz w:val="18"/>
          <w:szCs w:val="18"/>
        </w:rPr>
        <w:t>ndustriali;</w:t>
      </w:r>
    </w:p>
    <w:p w:rsidR="00B9482F" w:rsidRPr="001104A3" w:rsidRDefault="001104A3">
      <w:pPr>
        <w:spacing w:after="40"/>
        <w:ind w:left="312" w:hanging="142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□ c) partecipazione a convegni e seminari;</w:t>
      </w:r>
    </w:p>
    <w:p w:rsidR="00B9482F" w:rsidRPr="001104A3" w:rsidRDefault="001104A3">
      <w:pPr>
        <w:spacing w:after="40"/>
        <w:ind w:left="312" w:hanging="142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□ d) incarico per il quale è corrisposto solo il rimborso delle spese documentate;</w:t>
      </w:r>
    </w:p>
    <w:p w:rsidR="00B9482F" w:rsidRPr="001104A3" w:rsidRDefault="001104A3">
      <w:pPr>
        <w:spacing w:after="40"/>
        <w:ind w:left="312" w:hanging="142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□ e) incarico svolto in posizione di aspettativa, comando o fuori ruolo;</w:t>
      </w:r>
    </w:p>
    <w:p w:rsidR="00B9482F" w:rsidRPr="001104A3" w:rsidRDefault="001104A3">
      <w:pPr>
        <w:spacing w:after="40"/>
        <w:ind w:left="312" w:hanging="142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□ f) incarico conferito da organizzazione sin</w:t>
      </w:r>
      <w:r w:rsidRPr="001104A3">
        <w:rPr>
          <w:rFonts w:ascii="Verdana" w:hAnsi="Verdana"/>
          <w:sz w:val="18"/>
          <w:szCs w:val="18"/>
        </w:rPr>
        <w:t>dacale a dipendente presso la stessa distaccato o in aspettativa non retribuita;</w:t>
      </w:r>
    </w:p>
    <w:p w:rsidR="00B9482F" w:rsidRPr="001104A3" w:rsidRDefault="001104A3">
      <w:pPr>
        <w:spacing w:after="40"/>
        <w:ind w:left="312" w:hanging="142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□ f-bis) attività di formazione diretta ai dipendenti della pubblica amministrazione, docenza o ricerca scientifica;</w:t>
      </w:r>
    </w:p>
    <w:p w:rsidR="00B9482F" w:rsidRPr="001104A3" w:rsidRDefault="001104A3">
      <w:pPr>
        <w:spacing w:after="40"/>
        <w:ind w:left="312" w:hanging="142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□ f-ter) prestazione di lavoro sportivo fino all’importo c</w:t>
      </w:r>
      <w:r w:rsidRPr="001104A3">
        <w:rPr>
          <w:rFonts w:ascii="Verdana" w:hAnsi="Verdana"/>
          <w:sz w:val="18"/>
          <w:szCs w:val="18"/>
        </w:rPr>
        <w:t xml:space="preserve">omplessivo di </w:t>
      </w:r>
      <w:proofErr w:type="gramStart"/>
      <w:r w:rsidRPr="001104A3">
        <w:rPr>
          <w:rFonts w:ascii="Verdana" w:hAnsi="Verdana"/>
          <w:sz w:val="18"/>
          <w:szCs w:val="18"/>
        </w:rPr>
        <w:t>5.000 euro</w:t>
      </w:r>
      <w:proofErr w:type="gramEnd"/>
      <w:r w:rsidRPr="001104A3">
        <w:rPr>
          <w:rFonts w:ascii="Verdana" w:hAnsi="Verdana"/>
          <w:sz w:val="18"/>
          <w:szCs w:val="18"/>
        </w:rPr>
        <w:t xml:space="preserve"> annui, per la quale è sufficiente la comunicazione preventiva.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509"/>
        <w:gridCol w:w="8679"/>
      </w:tblGrid>
      <w:tr w:rsidR="00B9482F" w:rsidRPr="001104A3">
        <w:trPr>
          <w:jc w:val="center"/>
        </w:trPr>
        <w:tc>
          <w:tcPr>
            <w:tcW w:w="3118" w:type="dxa"/>
            <w:shd w:val="clear" w:color="auto" w:fill="F2F2F2"/>
            <w:vAlign w:val="center"/>
          </w:tcPr>
          <w:p w:rsidR="00B9482F" w:rsidRPr="001104A3" w:rsidRDefault="001104A3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104A3">
              <w:rPr>
                <w:rFonts w:ascii="Verdana" w:hAnsi="Verdana"/>
                <w:b/>
                <w:sz w:val="18"/>
                <w:szCs w:val="18"/>
              </w:rPr>
              <w:t>Soggetto conferente / organizzatore</w:t>
            </w:r>
          </w:p>
        </w:tc>
        <w:tc>
          <w:tcPr>
            <w:tcW w:w="5953" w:type="dxa"/>
            <w:vAlign w:val="center"/>
          </w:tcPr>
          <w:p w:rsidR="00B9482F" w:rsidRPr="001104A3" w:rsidRDefault="001104A3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104A3">
              <w:rPr>
                <w:rFonts w:ascii="Verdana" w:hAnsi="Verdana"/>
                <w:sz w:val="18"/>
                <w:szCs w:val="18"/>
              </w:rPr>
              <w:t>________________________________________________________________________________</w:t>
            </w:r>
          </w:p>
        </w:tc>
      </w:tr>
      <w:tr w:rsidR="00B9482F" w:rsidRPr="001104A3">
        <w:trPr>
          <w:jc w:val="center"/>
        </w:trPr>
        <w:tc>
          <w:tcPr>
            <w:tcW w:w="3118" w:type="dxa"/>
            <w:shd w:val="clear" w:color="auto" w:fill="F2F2F2"/>
            <w:vAlign w:val="center"/>
          </w:tcPr>
          <w:p w:rsidR="00B9482F" w:rsidRPr="001104A3" w:rsidRDefault="001104A3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104A3">
              <w:rPr>
                <w:rFonts w:ascii="Verdana" w:hAnsi="Verdana"/>
                <w:b/>
                <w:sz w:val="18"/>
                <w:szCs w:val="18"/>
              </w:rPr>
              <w:t>Codice fiscale / Partita IVA, se disponibile</w:t>
            </w:r>
          </w:p>
        </w:tc>
        <w:tc>
          <w:tcPr>
            <w:tcW w:w="5953" w:type="dxa"/>
            <w:vAlign w:val="center"/>
          </w:tcPr>
          <w:p w:rsidR="00B9482F" w:rsidRPr="001104A3" w:rsidRDefault="001104A3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104A3">
              <w:rPr>
                <w:rFonts w:ascii="Verdana" w:hAnsi="Verdana"/>
                <w:sz w:val="18"/>
                <w:szCs w:val="18"/>
              </w:rPr>
              <w:t>________________________________________________________________________________</w:t>
            </w:r>
          </w:p>
        </w:tc>
      </w:tr>
      <w:tr w:rsidR="00B9482F" w:rsidRPr="001104A3">
        <w:trPr>
          <w:jc w:val="center"/>
        </w:trPr>
        <w:tc>
          <w:tcPr>
            <w:tcW w:w="3118" w:type="dxa"/>
            <w:shd w:val="clear" w:color="auto" w:fill="F2F2F2"/>
            <w:vAlign w:val="center"/>
          </w:tcPr>
          <w:p w:rsidR="00B9482F" w:rsidRPr="001104A3" w:rsidRDefault="001104A3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104A3">
              <w:rPr>
                <w:rFonts w:ascii="Verdana" w:hAnsi="Verdana"/>
                <w:b/>
                <w:sz w:val="18"/>
                <w:szCs w:val="18"/>
              </w:rPr>
              <w:t>Contenuto analitico dell’attività</w:t>
            </w:r>
          </w:p>
        </w:tc>
        <w:tc>
          <w:tcPr>
            <w:tcW w:w="5953" w:type="dxa"/>
            <w:vAlign w:val="center"/>
          </w:tcPr>
          <w:p w:rsidR="00B9482F" w:rsidRPr="001104A3" w:rsidRDefault="001104A3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104A3">
              <w:rPr>
                <w:rFonts w:ascii="Verdana" w:hAnsi="Verdana"/>
                <w:sz w:val="18"/>
                <w:szCs w:val="18"/>
              </w:rPr>
              <w:t>________________________________________________________________________________</w:t>
            </w:r>
            <w:r w:rsidRPr="001104A3">
              <w:rPr>
                <w:rFonts w:ascii="Verdana" w:hAnsi="Verdana"/>
                <w:sz w:val="18"/>
                <w:szCs w:val="18"/>
              </w:rPr>
              <w:br/>
              <w:t>___________________________________________________________</w:t>
            </w:r>
            <w:r w:rsidRPr="001104A3">
              <w:rPr>
                <w:rFonts w:ascii="Verdana" w:hAnsi="Verdana"/>
                <w:sz w:val="18"/>
                <w:szCs w:val="18"/>
              </w:rPr>
              <w:t>_____________________</w:t>
            </w:r>
          </w:p>
        </w:tc>
      </w:tr>
      <w:tr w:rsidR="00B9482F" w:rsidRPr="001104A3">
        <w:trPr>
          <w:jc w:val="center"/>
        </w:trPr>
        <w:tc>
          <w:tcPr>
            <w:tcW w:w="3118" w:type="dxa"/>
            <w:shd w:val="clear" w:color="auto" w:fill="F2F2F2"/>
            <w:vAlign w:val="center"/>
          </w:tcPr>
          <w:p w:rsidR="00B9482F" w:rsidRPr="001104A3" w:rsidRDefault="001104A3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104A3">
              <w:rPr>
                <w:rFonts w:ascii="Verdana" w:hAnsi="Verdana"/>
                <w:b/>
                <w:sz w:val="18"/>
                <w:szCs w:val="18"/>
              </w:rPr>
              <w:t>Luogo</w:t>
            </w:r>
          </w:p>
        </w:tc>
        <w:tc>
          <w:tcPr>
            <w:tcW w:w="5953" w:type="dxa"/>
            <w:vAlign w:val="center"/>
          </w:tcPr>
          <w:p w:rsidR="00B9482F" w:rsidRPr="001104A3" w:rsidRDefault="001104A3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104A3">
              <w:rPr>
                <w:rFonts w:ascii="Verdana" w:hAnsi="Verdana"/>
                <w:sz w:val="18"/>
                <w:szCs w:val="18"/>
              </w:rPr>
              <w:t>________________________________________________________________________________</w:t>
            </w:r>
          </w:p>
        </w:tc>
      </w:tr>
      <w:tr w:rsidR="00B9482F" w:rsidRPr="001104A3">
        <w:trPr>
          <w:jc w:val="center"/>
        </w:trPr>
        <w:tc>
          <w:tcPr>
            <w:tcW w:w="3118" w:type="dxa"/>
            <w:shd w:val="clear" w:color="auto" w:fill="F2F2F2"/>
            <w:vAlign w:val="center"/>
          </w:tcPr>
          <w:p w:rsidR="00B9482F" w:rsidRPr="001104A3" w:rsidRDefault="001104A3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104A3">
              <w:rPr>
                <w:rFonts w:ascii="Verdana" w:hAnsi="Verdana"/>
                <w:b/>
                <w:sz w:val="18"/>
                <w:szCs w:val="18"/>
              </w:rPr>
              <w:t>Periodo</w:t>
            </w:r>
          </w:p>
        </w:tc>
        <w:tc>
          <w:tcPr>
            <w:tcW w:w="5953" w:type="dxa"/>
            <w:vAlign w:val="center"/>
          </w:tcPr>
          <w:p w:rsidR="00B9482F" w:rsidRPr="001104A3" w:rsidRDefault="001104A3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104A3">
              <w:rPr>
                <w:rFonts w:ascii="Verdana" w:hAnsi="Verdana"/>
                <w:sz w:val="18"/>
                <w:szCs w:val="18"/>
              </w:rPr>
              <w:t>dal ______________________________ al ______________________________</w:t>
            </w:r>
          </w:p>
        </w:tc>
      </w:tr>
      <w:tr w:rsidR="00B9482F" w:rsidRPr="001104A3">
        <w:trPr>
          <w:jc w:val="center"/>
        </w:trPr>
        <w:tc>
          <w:tcPr>
            <w:tcW w:w="3118" w:type="dxa"/>
            <w:shd w:val="clear" w:color="auto" w:fill="F2F2F2"/>
            <w:vAlign w:val="center"/>
          </w:tcPr>
          <w:p w:rsidR="00B9482F" w:rsidRPr="001104A3" w:rsidRDefault="001104A3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104A3">
              <w:rPr>
                <w:rFonts w:ascii="Verdana" w:hAnsi="Verdana"/>
                <w:b/>
                <w:sz w:val="18"/>
                <w:szCs w:val="18"/>
              </w:rPr>
              <w:t>Durata / impegno temporale</w:t>
            </w:r>
          </w:p>
        </w:tc>
        <w:tc>
          <w:tcPr>
            <w:tcW w:w="5953" w:type="dxa"/>
            <w:vAlign w:val="center"/>
          </w:tcPr>
          <w:p w:rsidR="00B9482F" w:rsidRPr="001104A3" w:rsidRDefault="001104A3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104A3">
              <w:rPr>
                <w:rFonts w:ascii="Verdana" w:hAnsi="Verdana"/>
                <w:sz w:val="18"/>
                <w:szCs w:val="18"/>
              </w:rPr>
              <w:t>________________________________________</w:t>
            </w:r>
            <w:r w:rsidRPr="001104A3">
              <w:rPr>
                <w:rFonts w:ascii="Verdana" w:hAnsi="Verdana"/>
                <w:sz w:val="18"/>
                <w:szCs w:val="18"/>
              </w:rPr>
              <w:t>________________________________________</w:t>
            </w:r>
          </w:p>
        </w:tc>
      </w:tr>
      <w:tr w:rsidR="00B9482F" w:rsidRPr="001104A3">
        <w:trPr>
          <w:jc w:val="center"/>
        </w:trPr>
        <w:tc>
          <w:tcPr>
            <w:tcW w:w="3118" w:type="dxa"/>
            <w:shd w:val="clear" w:color="auto" w:fill="F2F2F2"/>
            <w:vAlign w:val="center"/>
          </w:tcPr>
          <w:p w:rsidR="00B9482F" w:rsidRPr="001104A3" w:rsidRDefault="001104A3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104A3">
              <w:rPr>
                <w:rFonts w:ascii="Verdana" w:hAnsi="Verdana"/>
                <w:b/>
                <w:sz w:val="18"/>
                <w:szCs w:val="18"/>
              </w:rPr>
              <w:t>Compenso o rimborso spese, se previsto</w:t>
            </w:r>
          </w:p>
        </w:tc>
        <w:tc>
          <w:tcPr>
            <w:tcW w:w="5953" w:type="dxa"/>
            <w:vAlign w:val="center"/>
          </w:tcPr>
          <w:p w:rsidR="00B9482F" w:rsidRPr="001104A3" w:rsidRDefault="001104A3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104A3">
              <w:rPr>
                <w:rFonts w:ascii="Verdana" w:hAnsi="Verdana"/>
                <w:sz w:val="18"/>
                <w:szCs w:val="18"/>
              </w:rPr>
              <w:t>€ ____________________________ / _________________________________________________</w:t>
            </w:r>
          </w:p>
        </w:tc>
      </w:tr>
    </w:tbl>
    <w:p w:rsidR="00B9482F" w:rsidRPr="001104A3" w:rsidRDefault="001104A3">
      <w:pPr>
        <w:spacing w:before="120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Il/La sottoscritto/a dichiara:</w:t>
      </w:r>
      <w:bookmarkStart w:id="0" w:name="_GoBack"/>
      <w:bookmarkEnd w:id="0"/>
    </w:p>
    <w:p w:rsidR="00B9482F" w:rsidRPr="001104A3" w:rsidRDefault="001104A3">
      <w:pPr>
        <w:spacing w:after="40"/>
        <w:ind w:left="312" w:hanging="142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 xml:space="preserve">• che l’attività sarà svolta al di fuori dell’orario di </w:t>
      </w:r>
      <w:r w:rsidRPr="001104A3">
        <w:rPr>
          <w:rFonts w:ascii="Verdana" w:hAnsi="Verdana"/>
          <w:sz w:val="18"/>
          <w:szCs w:val="18"/>
        </w:rPr>
        <w:t>servizio e nel rispetto degli obblighi e dei doveri d’ufficio;</w:t>
      </w:r>
    </w:p>
    <w:p w:rsidR="00B9482F" w:rsidRPr="001104A3" w:rsidRDefault="001104A3">
      <w:pPr>
        <w:spacing w:after="40"/>
        <w:ind w:left="312" w:hanging="142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• che l’attività non presenta profili, anche potenziali, di conflitto di interessi rispetto all’attività istituzionale svolta;</w:t>
      </w:r>
    </w:p>
    <w:p w:rsidR="00B9482F" w:rsidRPr="001104A3" w:rsidRDefault="001104A3">
      <w:pPr>
        <w:spacing w:after="40"/>
        <w:ind w:left="312" w:hanging="142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 xml:space="preserve">• di impegnarsi a comunicare tempestivamente eventuali variazioni </w:t>
      </w:r>
      <w:r w:rsidRPr="001104A3">
        <w:rPr>
          <w:rFonts w:ascii="Verdana" w:hAnsi="Verdana"/>
          <w:sz w:val="18"/>
          <w:szCs w:val="18"/>
        </w:rPr>
        <w:t>rilevanti rispetto a quanto sopra dichiarato.</w:t>
      </w:r>
    </w:p>
    <w:p w:rsidR="00B9482F" w:rsidRPr="001104A3" w:rsidRDefault="001104A3">
      <w:pPr>
        <w:spacing w:before="160" w:after="0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Data ____________________________</w:t>
      </w:r>
    </w:p>
    <w:p w:rsidR="00B9482F" w:rsidRPr="001104A3" w:rsidRDefault="001104A3">
      <w:pPr>
        <w:spacing w:after="0"/>
        <w:jc w:val="right"/>
        <w:rPr>
          <w:rFonts w:ascii="Verdana" w:hAnsi="Verdana"/>
          <w:sz w:val="18"/>
          <w:szCs w:val="18"/>
        </w:rPr>
      </w:pPr>
      <w:r w:rsidRPr="001104A3">
        <w:rPr>
          <w:rFonts w:ascii="Verdana" w:hAnsi="Verdana"/>
          <w:sz w:val="18"/>
          <w:szCs w:val="18"/>
        </w:rPr>
        <w:t>Firma ______________________________________________</w:t>
      </w:r>
    </w:p>
    <w:sectPr w:rsidR="00B9482F" w:rsidRPr="001104A3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04A3"/>
    <w:rsid w:val="0015074B"/>
    <w:rsid w:val="0029639D"/>
    <w:rsid w:val="00326F90"/>
    <w:rsid w:val="00AA1D8D"/>
    <w:rsid w:val="00B47730"/>
    <w:rsid w:val="00B9482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0876169-3A69-4EFB-9EF6-680BE5796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D247A2-91A5-44A0-848C-0693170F5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Carlo scognamiglio - AIMO</cp:lastModifiedBy>
  <cp:revision>2</cp:revision>
  <dcterms:created xsi:type="dcterms:W3CDTF">2026-08-19T13:56:00Z</dcterms:created>
  <dcterms:modified xsi:type="dcterms:W3CDTF">2026-08-19T13:56:00Z</dcterms:modified>
  <cp:category/>
</cp:coreProperties>
</file>