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357" w:rsidRPr="0077262C" w:rsidRDefault="0077262C">
      <w:pPr>
        <w:keepNext/>
        <w:spacing w:before="80"/>
        <w:jc w:val="center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b/>
          <w:color w:val="17365D"/>
          <w:sz w:val="18"/>
          <w:szCs w:val="18"/>
        </w:rPr>
        <w:t>MODULO 2</w:t>
      </w:r>
    </w:p>
    <w:p w:rsidR="00DB5357" w:rsidRPr="0077262C" w:rsidRDefault="0077262C">
      <w:pPr>
        <w:spacing w:after="160"/>
        <w:jc w:val="center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i/>
          <w:sz w:val="18"/>
          <w:szCs w:val="18"/>
        </w:rPr>
        <w:t xml:space="preserve">Richiesta di autorizzazione all’esercizio della libera professione – art. 508, comma 15, </w:t>
      </w:r>
      <w:proofErr w:type="gramStart"/>
      <w:r w:rsidRPr="0077262C">
        <w:rPr>
          <w:rFonts w:ascii="Verdana" w:hAnsi="Verdana"/>
          <w:i/>
          <w:sz w:val="18"/>
          <w:szCs w:val="18"/>
        </w:rPr>
        <w:t>D.Lgs</w:t>
      </w:r>
      <w:proofErr w:type="gramEnd"/>
      <w:r w:rsidRPr="0077262C">
        <w:rPr>
          <w:rFonts w:ascii="Verdana" w:hAnsi="Verdana"/>
          <w:i/>
          <w:sz w:val="18"/>
          <w:szCs w:val="18"/>
        </w:rPr>
        <w:t>. 297/1994</w:t>
      </w:r>
    </w:p>
    <w:p w:rsidR="00DB5357" w:rsidRPr="0077262C" w:rsidRDefault="0077262C">
      <w:pPr>
        <w:spacing w:after="160"/>
        <w:jc w:val="right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>Al Dirigente Scolastico</w:t>
      </w:r>
      <w:r w:rsidRPr="0077262C">
        <w:rPr>
          <w:rFonts w:ascii="Verdana" w:hAnsi="Verdana"/>
          <w:sz w:val="18"/>
          <w:szCs w:val="18"/>
        </w:rPr>
        <w:br/>
        <w:t>Liceo Scientifico Statale “C. Cavour”</w:t>
      </w:r>
    </w:p>
    <w:p w:rsidR="00DB5357" w:rsidRPr="0077262C" w:rsidRDefault="0077262C">
      <w:pPr>
        <w:spacing w:after="40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 xml:space="preserve">Il/La sottoscritto/a </w:t>
      </w:r>
      <w:r w:rsidRPr="0077262C">
        <w:rPr>
          <w:rFonts w:ascii="Verdana" w:hAnsi="Verdana"/>
          <w:sz w:val="18"/>
          <w:szCs w:val="18"/>
        </w:rPr>
        <w:t>________________________________________________________________,</w:t>
      </w:r>
    </w:p>
    <w:p w:rsidR="00DB5357" w:rsidRPr="0077262C" w:rsidRDefault="0077262C">
      <w:pPr>
        <w:spacing w:after="40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>nato/a a __________________________________________ il ________________________________,</w:t>
      </w:r>
    </w:p>
    <w:p w:rsidR="00DB5357" w:rsidRPr="0077262C" w:rsidRDefault="0077262C">
      <w:pPr>
        <w:spacing w:after="100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>docente in servizio presso questo Istituto con contratto:  □ a tempo indeterminato   □ a tempo determ</w:t>
      </w:r>
      <w:r w:rsidRPr="0077262C">
        <w:rPr>
          <w:rFonts w:ascii="Verdana" w:hAnsi="Verdana"/>
          <w:sz w:val="18"/>
          <w:szCs w:val="18"/>
        </w:rPr>
        <w:t>inato</w:t>
      </w:r>
    </w:p>
    <w:p w:rsidR="00DB5357" w:rsidRPr="0077262C" w:rsidRDefault="0077262C">
      <w:pPr>
        <w:keepNext/>
        <w:spacing w:before="140"/>
        <w:jc w:val="center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b/>
          <w:color w:val="17365D"/>
          <w:sz w:val="18"/>
          <w:szCs w:val="18"/>
        </w:rPr>
        <w:t>CHIEDE</w:t>
      </w:r>
    </w:p>
    <w:p w:rsidR="00DB5357" w:rsidRPr="0077262C" w:rsidRDefault="0077262C">
      <w:pPr>
        <w:spacing w:after="40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 xml:space="preserve">ai sensi dell’art. 508, comma 15, del </w:t>
      </w:r>
      <w:proofErr w:type="gramStart"/>
      <w:r w:rsidRPr="0077262C">
        <w:rPr>
          <w:rFonts w:ascii="Verdana" w:hAnsi="Verdana"/>
          <w:sz w:val="18"/>
          <w:szCs w:val="18"/>
        </w:rPr>
        <w:t>D.Lgs</w:t>
      </w:r>
      <w:proofErr w:type="gramEnd"/>
      <w:r w:rsidRPr="0077262C">
        <w:rPr>
          <w:rFonts w:ascii="Verdana" w:hAnsi="Verdana"/>
          <w:sz w:val="18"/>
          <w:szCs w:val="18"/>
        </w:rPr>
        <w:t xml:space="preserve">. 297/1994, l’autorizzazione </w:t>
      </w:r>
      <w:proofErr w:type="gramStart"/>
      <w:r w:rsidRPr="0077262C">
        <w:rPr>
          <w:rFonts w:ascii="Verdana" w:hAnsi="Verdana"/>
          <w:sz w:val="18"/>
          <w:szCs w:val="18"/>
        </w:rPr>
        <w:t>a</w:t>
      </w:r>
      <w:proofErr w:type="gramEnd"/>
      <w:r w:rsidRPr="0077262C">
        <w:rPr>
          <w:rFonts w:ascii="Verdana" w:hAnsi="Verdana"/>
          <w:sz w:val="18"/>
          <w:szCs w:val="18"/>
        </w:rPr>
        <w:t xml:space="preserve"> esercitare la libera professione di:</w:t>
      </w:r>
    </w:p>
    <w:p w:rsidR="00DB5357" w:rsidRPr="0077262C" w:rsidRDefault="0077262C">
      <w:pPr>
        <w:spacing w:after="100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>___________________________________________________________________________</w:t>
      </w:r>
    </w:p>
    <w:p w:rsidR="00DB5357" w:rsidRPr="0077262C" w:rsidRDefault="0077262C">
      <w:pPr>
        <w:spacing w:after="120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>per l’anno scolastico 2026/2027.</w:t>
      </w:r>
    </w:p>
    <w:p w:rsidR="00DB5357" w:rsidRPr="0077262C" w:rsidRDefault="0077262C">
      <w:pPr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>A tal fine dichiara:</w:t>
      </w:r>
    </w:p>
    <w:p w:rsidR="00DB5357" w:rsidRPr="0077262C" w:rsidRDefault="0077262C">
      <w:pPr>
        <w:spacing w:after="40"/>
        <w:ind w:left="312" w:hanging="142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 xml:space="preserve">□ </w:t>
      </w:r>
      <w:r w:rsidRPr="0077262C">
        <w:rPr>
          <w:rFonts w:ascii="Verdana" w:hAnsi="Verdana"/>
          <w:sz w:val="18"/>
          <w:szCs w:val="18"/>
        </w:rPr>
        <w:t>di essere iscritto/a all’Albo degli ______________________________________________ dell’Ordine/Collegio di ______________________________________ dal __________________ n. __________________;</w:t>
      </w:r>
    </w:p>
    <w:p w:rsidR="00DB5357" w:rsidRPr="0077262C" w:rsidRDefault="0077262C">
      <w:pPr>
        <w:spacing w:after="40"/>
        <w:ind w:left="312" w:hanging="142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>□ che trattasi di libera professione non regolamen</w:t>
      </w:r>
      <w:bookmarkStart w:id="0" w:name="_GoBack"/>
      <w:bookmarkEnd w:id="0"/>
      <w:r w:rsidRPr="0077262C">
        <w:rPr>
          <w:rFonts w:ascii="Verdana" w:hAnsi="Verdana"/>
          <w:sz w:val="18"/>
          <w:szCs w:val="18"/>
        </w:rPr>
        <w:t>tata esercitat</w:t>
      </w:r>
      <w:r w:rsidRPr="0077262C">
        <w:rPr>
          <w:rFonts w:ascii="Verdana" w:hAnsi="Verdana"/>
          <w:sz w:val="18"/>
          <w:szCs w:val="18"/>
        </w:rPr>
        <w:t>a ai sensi della Legge 14 gennaio 2013, n. 4.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80"/>
        <w:gridCol w:w="8708"/>
      </w:tblGrid>
      <w:tr w:rsidR="00DB5357" w:rsidRPr="0077262C">
        <w:trPr>
          <w:jc w:val="center"/>
        </w:trPr>
        <w:tc>
          <w:tcPr>
            <w:tcW w:w="3118" w:type="dxa"/>
            <w:shd w:val="clear" w:color="auto" w:fill="F2F2F2"/>
            <w:vAlign w:val="center"/>
          </w:tcPr>
          <w:p w:rsidR="00DB5357" w:rsidRPr="0077262C" w:rsidRDefault="0077262C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77262C">
              <w:rPr>
                <w:rFonts w:ascii="Verdana" w:hAnsi="Verdana"/>
                <w:b/>
                <w:sz w:val="18"/>
                <w:szCs w:val="18"/>
              </w:rPr>
              <w:t>Entità prevedibile dell’impegno professionale</w:t>
            </w:r>
          </w:p>
        </w:tc>
        <w:tc>
          <w:tcPr>
            <w:tcW w:w="5953" w:type="dxa"/>
            <w:vAlign w:val="center"/>
          </w:tcPr>
          <w:p w:rsidR="00DB5357" w:rsidRPr="0077262C" w:rsidRDefault="0077262C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77262C">
              <w:rPr>
                <w:rFonts w:ascii="Verdana" w:hAnsi="Verdana"/>
                <w:sz w:val="18"/>
                <w:szCs w:val="18"/>
              </w:rPr>
              <w:t>n. ore settimanali/mensili stimate _________________________________</w:t>
            </w:r>
          </w:p>
        </w:tc>
      </w:tr>
      <w:tr w:rsidR="00DB5357" w:rsidRPr="0077262C">
        <w:trPr>
          <w:jc w:val="center"/>
        </w:trPr>
        <w:tc>
          <w:tcPr>
            <w:tcW w:w="3118" w:type="dxa"/>
            <w:shd w:val="clear" w:color="auto" w:fill="F2F2F2"/>
            <w:vAlign w:val="center"/>
          </w:tcPr>
          <w:p w:rsidR="00DB5357" w:rsidRPr="0077262C" w:rsidRDefault="0077262C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77262C">
              <w:rPr>
                <w:rFonts w:ascii="Verdana" w:hAnsi="Verdana"/>
                <w:b/>
                <w:sz w:val="18"/>
                <w:szCs w:val="18"/>
              </w:rPr>
              <w:t>Giorni e fasce orarie previste</w:t>
            </w:r>
          </w:p>
        </w:tc>
        <w:tc>
          <w:tcPr>
            <w:tcW w:w="5953" w:type="dxa"/>
            <w:vAlign w:val="center"/>
          </w:tcPr>
          <w:p w:rsidR="00DB5357" w:rsidRPr="0077262C" w:rsidRDefault="0077262C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77262C">
              <w:rPr>
                <w:rFonts w:ascii="Verdana" w:hAnsi="Verdana"/>
                <w:sz w:val="18"/>
                <w:szCs w:val="18"/>
              </w:rPr>
              <w:t>________________________________________________________________________________</w:t>
            </w:r>
          </w:p>
        </w:tc>
      </w:tr>
      <w:tr w:rsidR="00DB5357" w:rsidRPr="0077262C">
        <w:trPr>
          <w:jc w:val="center"/>
        </w:trPr>
        <w:tc>
          <w:tcPr>
            <w:tcW w:w="3118" w:type="dxa"/>
            <w:shd w:val="clear" w:color="auto" w:fill="F2F2F2"/>
            <w:vAlign w:val="center"/>
          </w:tcPr>
          <w:p w:rsidR="00DB5357" w:rsidRPr="0077262C" w:rsidRDefault="0077262C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77262C">
              <w:rPr>
                <w:rFonts w:ascii="Verdana" w:hAnsi="Verdana"/>
                <w:b/>
                <w:sz w:val="18"/>
                <w:szCs w:val="18"/>
              </w:rPr>
              <w:t>Ulteriori informazioni utili</w:t>
            </w:r>
          </w:p>
        </w:tc>
        <w:tc>
          <w:tcPr>
            <w:tcW w:w="5953" w:type="dxa"/>
            <w:vAlign w:val="center"/>
          </w:tcPr>
          <w:p w:rsidR="00DB5357" w:rsidRPr="0077262C" w:rsidRDefault="0077262C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77262C">
              <w:rPr>
                <w:rFonts w:ascii="Verdana" w:hAnsi="Verdana"/>
                <w:sz w:val="18"/>
                <w:szCs w:val="18"/>
              </w:rPr>
              <w:t>________________________________________________________________________________</w:t>
            </w:r>
            <w:r w:rsidRPr="0077262C">
              <w:rPr>
                <w:rFonts w:ascii="Verdana" w:hAnsi="Verdana"/>
                <w:sz w:val="18"/>
                <w:szCs w:val="18"/>
              </w:rPr>
              <w:br/>
              <w:t>________________________________________________________________</w:t>
            </w:r>
            <w:r w:rsidRPr="0077262C">
              <w:rPr>
                <w:rFonts w:ascii="Verdana" w:hAnsi="Verdana"/>
                <w:sz w:val="18"/>
                <w:szCs w:val="18"/>
              </w:rPr>
              <w:t>________________</w:t>
            </w:r>
          </w:p>
        </w:tc>
      </w:tr>
    </w:tbl>
    <w:p w:rsidR="00DB5357" w:rsidRPr="0077262C" w:rsidRDefault="0077262C" w:rsidP="0077262C">
      <w:pPr>
        <w:spacing w:before="120"/>
        <w:jc w:val="both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>Il/La sottoscritto/a dichiara inoltre:</w:t>
      </w:r>
    </w:p>
    <w:p w:rsidR="00DB5357" w:rsidRPr="0077262C" w:rsidRDefault="0077262C" w:rsidP="0077262C">
      <w:pPr>
        <w:spacing w:after="40"/>
        <w:ind w:left="312" w:hanging="142"/>
        <w:jc w:val="both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 xml:space="preserve">• di essere a conoscenza dell’art. 508 del </w:t>
      </w:r>
      <w:proofErr w:type="gramStart"/>
      <w:r w:rsidRPr="0077262C">
        <w:rPr>
          <w:rFonts w:ascii="Verdana" w:hAnsi="Verdana"/>
          <w:sz w:val="18"/>
          <w:szCs w:val="18"/>
        </w:rPr>
        <w:t>D.Lgs</w:t>
      </w:r>
      <w:proofErr w:type="gramEnd"/>
      <w:r w:rsidRPr="0077262C">
        <w:rPr>
          <w:rFonts w:ascii="Verdana" w:hAnsi="Verdana"/>
          <w:sz w:val="18"/>
          <w:szCs w:val="18"/>
        </w:rPr>
        <w:t>. 297/1994;</w:t>
      </w:r>
    </w:p>
    <w:p w:rsidR="00DB5357" w:rsidRPr="0077262C" w:rsidRDefault="0077262C" w:rsidP="0077262C">
      <w:pPr>
        <w:spacing w:after="40"/>
        <w:ind w:left="312" w:hanging="142"/>
        <w:jc w:val="both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>• che l’esercizio della libera professione non sarà di pregiudizio all’ordinato e completo assolvimento delle attività inerenti alla funzio</w:t>
      </w:r>
      <w:r w:rsidRPr="0077262C">
        <w:rPr>
          <w:rFonts w:ascii="Verdana" w:hAnsi="Verdana"/>
          <w:sz w:val="18"/>
          <w:szCs w:val="18"/>
        </w:rPr>
        <w:t>ne docente e sarà compatibile con l’orario di insegnamento e di servizio;</w:t>
      </w:r>
    </w:p>
    <w:p w:rsidR="00DB5357" w:rsidRPr="0077262C" w:rsidRDefault="0077262C" w:rsidP="0077262C">
      <w:pPr>
        <w:spacing w:after="40"/>
        <w:ind w:left="312" w:hanging="142"/>
        <w:jc w:val="both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>• che l’attività non determina situazioni, anche potenziali, di conflitto di interessi con le funzioni svolte presso l’Istituto;</w:t>
      </w:r>
    </w:p>
    <w:p w:rsidR="00DB5357" w:rsidRPr="0077262C" w:rsidRDefault="0077262C" w:rsidP="0077262C">
      <w:pPr>
        <w:spacing w:after="40"/>
        <w:ind w:left="312" w:hanging="142"/>
        <w:jc w:val="both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>• di essere a conoscenza che l’autorizzazione può ess</w:t>
      </w:r>
      <w:r w:rsidRPr="0077262C">
        <w:rPr>
          <w:rFonts w:ascii="Verdana" w:hAnsi="Verdana"/>
          <w:sz w:val="18"/>
          <w:szCs w:val="18"/>
        </w:rPr>
        <w:t>ere revocata qualora vengano meno i presupposti di compatibilità dichiarati.</w:t>
      </w:r>
    </w:p>
    <w:p w:rsidR="00DB5357" w:rsidRPr="0077262C" w:rsidRDefault="0077262C" w:rsidP="0077262C">
      <w:pPr>
        <w:spacing w:before="80" w:after="100"/>
        <w:jc w:val="both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>Si allega, ove disponibile, calendario degli impegni professionali previsti.</w:t>
      </w:r>
    </w:p>
    <w:p w:rsidR="00DB5357" w:rsidRPr="0077262C" w:rsidRDefault="0077262C">
      <w:pPr>
        <w:spacing w:before="120" w:after="0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>Data ____________________________</w:t>
      </w:r>
    </w:p>
    <w:p w:rsidR="00DB5357" w:rsidRPr="0077262C" w:rsidRDefault="0077262C">
      <w:pPr>
        <w:spacing w:after="200"/>
        <w:jc w:val="right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 xml:space="preserve">Firma del </w:t>
      </w:r>
      <w:proofErr w:type="spellStart"/>
      <w:r w:rsidRPr="0077262C">
        <w:rPr>
          <w:rFonts w:ascii="Verdana" w:hAnsi="Verdana"/>
          <w:sz w:val="18"/>
          <w:szCs w:val="18"/>
        </w:rPr>
        <w:t>richiedente</w:t>
      </w:r>
      <w:proofErr w:type="spellEnd"/>
      <w:r w:rsidRPr="0077262C">
        <w:rPr>
          <w:rFonts w:ascii="Verdana" w:hAnsi="Verdana"/>
          <w:sz w:val="18"/>
          <w:szCs w:val="18"/>
        </w:rPr>
        <w:t xml:space="preserve"> ________________________</w:t>
      </w:r>
    </w:p>
    <w:p w:rsidR="00DB5357" w:rsidRPr="0077262C" w:rsidRDefault="0077262C">
      <w:pPr>
        <w:keepNext/>
        <w:spacing w:before="140"/>
        <w:jc w:val="center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b/>
          <w:color w:val="17365D"/>
          <w:sz w:val="18"/>
          <w:szCs w:val="18"/>
        </w:rPr>
        <w:t>PROVVEDIMENTO DEL DIRIGENTE SCOLASTICO</w:t>
      </w:r>
    </w:p>
    <w:p w:rsidR="00DB5357" w:rsidRPr="0077262C" w:rsidRDefault="0077262C">
      <w:pPr>
        <w:spacing w:after="80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 xml:space="preserve">Vista la richiesta e verificati i presupposti previsti dall’art. 508, comma 15, del </w:t>
      </w:r>
      <w:proofErr w:type="gramStart"/>
      <w:r w:rsidRPr="0077262C">
        <w:rPr>
          <w:rFonts w:ascii="Verdana" w:hAnsi="Verdana"/>
          <w:sz w:val="18"/>
          <w:szCs w:val="18"/>
        </w:rPr>
        <w:t>D.Lgs</w:t>
      </w:r>
      <w:proofErr w:type="gramEnd"/>
      <w:r w:rsidRPr="0077262C">
        <w:rPr>
          <w:rFonts w:ascii="Verdana" w:hAnsi="Verdana"/>
          <w:sz w:val="18"/>
          <w:szCs w:val="18"/>
        </w:rPr>
        <w:t>. 297/1994:</w:t>
      </w:r>
    </w:p>
    <w:p w:rsidR="00DB5357" w:rsidRPr="0077262C" w:rsidRDefault="0077262C">
      <w:pPr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>□ SI AUTORIZZA</w:t>
      </w:r>
    </w:p>
    <w:p w:rsidR="00DB5357" w:rsidRPr="0077262C" w:rsidRDefault="0077262C">
      <w:pPr>
        <w:spacing w:after="100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 xml:space="preserve">□ </w:t>
      </w:r>
      <w:proofErr w:type="gramStart"/>
      <w:r w:rsidRPr="0077262C">
        <w:rPr>
          <w:rFonts w:ascii="Verdana" w:hAnsi="Verdana"/>
          <w:sz w:val="18"/>
          <w:szCs w:val="18"/>
        </w:rPr>
        <w:t>NON SI AUTORIZZA</w:t>
      </w:r>
      <w:proofErr w:type="gramEnd"/>
    </w:p>
    <w:p w:rsidR="00DB5357" w:rsidRPr="0077262C" w:rsidRDefault="0077262C">
      <w:pPr>
        <w:spacing w:after="40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 xml:space="preserve">Motivazione in caso di diniego / prescrizioni: </w:t>
      </w:r>
      <w:r w:rsidRPr="0077262C">
        <w:rPr>
          <w:rFonts w:ascii="Verdana" w:hAnsi="Verdana"/>
          <w:sz w:val="18"/>
          <w:szCs w:val="18"/>
        </w:rPr>
        <w:t>_______________________________________________</w:t>
      </w:r>
    </w:p>
    <w:p w:rsidR="00DB5357" w:rsidRPr="0077262C" w:rsidRDefault="0077262C">
      <w:pPr>
        <w:spacing w:after="100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>___________________________________________________________________________</w:t>
      </w:r>
    </w:p>
    <w:p w:rsidR="00DB5357" w:rsidRPr="0077262C" w:rsidRDefault="0077262C">
      <w:pPr>
        <w:spacing w:after="0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>Data ____________________________</w:t>
      </w:r>
    </w:p>
    <w:p w:rsidR="00DB5357" w:rsidRPr="0077262C" w:rsidRDefault="0077262C">
      <w:pPr>
        <w:spacing w:after="0"/>
        <w:jc w:val="right"/>
        <w:rPr>
          <w:rFonts w:ascii="Verdana" w:hAnsi="Verdana"/>
          <w:sz w:val="18"/>
          <w:szCs w:val="18"/>
        </w:rPr>
      </w:pPr>
      <w:r w:rsidRPr="0077262C">
        <w:rPr>
          <w:rFonts w:ascii="Verdana" w:hAnsi="Verdana"/>
          <w:sz w:val="18"/>
          <w:szCs w:val="18"/>
        </w:rPr>
        <w:t>Il Dirigente Scolastico</w:t>
      </w:r>
      <w:r w:rsidRPr="0077262C">
        <w:rPr>
          <w:rFonts w:ascii="Verdana" w:hAnsi="Verdana"/>
          <w:sz w:val="18"/>
          <w:szCs w:val="18"/>
        </w:rPr>
        <w:br/>
        <w:t>Prof. Carlo Scognamiglio</w:t>
      </w:r>
      <w:r w:rsidRPr="0077262C">
        <w:rPr>
          <w:rFonts w:ascii="Verdana" w:hAnsi="Verdana"/>
          <w:sz w:val="18"/>
          <w:szCs w:val="18"/>
        </w:rPr>
        <w:br/>
        <w:t>______________________________________________</w:t>
      </w:r>
    </w:p>
    <w:sectPr w:rsidR="00DB5357" w:rsidRPr="0077262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7262C"/>
    <w:rsid w:val="00AA1D8D"/>
    <w:rsid w:val="00B47730"/>
    <w:rsid w:val="00CB0664"/>
    <w:rsid w:val="00DB53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0876169-3A69-4EFB-9EF6-680BE5796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9E7028-D106-4BBF-85AB-7535B2341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Carlo scognamiglio - AIMO</cp:lastModifiedBy>
  <cp:revision>2</cp:revision>
  <dcterms:created xsi:type="dcterms:W3CDTF">2026-08-19T13:55:00Z</dcterms:created>
  <dcterms:modified xsi:type="dcterms:W3CDTF">2026-08-19T13:55:00Z</dcterms:modified>
  <cp:category/>
</cp:coreProperties>
</file>